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AEA84" w14:textId="77777777" w:rsidR="0044315A" w:rsidRPr="00C7337A" w:rsidRDefault="00000000">
      <w:pPr>
        <w:spacing w:after="20"/>
        <w:jc w:val="center"/>
        <w:rPr>
          <w:sz w:val="20"/>
          <w:szCs w:val="24"/>
          <w:lang w:eastAsia="zh-CN"/>
        </w:rPr>
      </w:pPr>
      <w:r w:rsidRPr="00C7337A">
        <w:rPr>
          <w:color w:val="505E6E"/>
          <w:sz w:val="24"/>
          <w:szCs w:val="36"/>
          <w:lang w:eastAsia="zh-CN"/>
        </w:rPr>
        <w:t>安徽工程大学纺织服装学院</w:t>
      </w:r>
    </w:p>
    <w:p w14:paraId="31537809" w14:textId="77777777" w:rsidR="0044315A" w:rsidRDefault="00000000">
      <w:pPr>
        <w:spacing w:after="60"/>
        <w:jc w:val="center"/>
        <w:rPr>
          <w:lang w:eastAsia="zh-CN"/>
        </w:rPr>
      </w:pPr>
      <w:r>
        <w:rPr>
          <w:b/>
          <w:color w:val="15314A"/>
          <w:sz w:val="34"/>
          <w:lang w:eastAsia="zh-CN"/>
        </w:rPr>
        <w:t>2026级纺织工程创新实验班报名表</w:t>
      </w:r>
    </w:p>
    <w:p w14:paraId="6B40761C" w14:textId="77777777" w:rsidR="0044315A" w:rsidRDefault="00000000">
      <w:pPr>
        <w:spacing w:after="100"/>
      </w:pPr>
      <w:r>
        <w:rPr>
          <w:b/>
          <w:color w:val="124062"/>
          <w:sz w:val="21"/>
        </w:rPr>
        <w:t>一、基本信息</w:t>
      </w:r>
    </w:p>
    <w:tbl>
      <w:tblPr>
        <w:tblW w:w="0" w:type="auto"/>
        <w:jc w:val="center"/>
        <w:tblLayout w:type="fixed"/>
        <w:tblLook w:val="04A0" w:firstRow="1" w:lastRow="0" w:firstColumn="1" w:lastColumn="0" w:noHBand="0" w:noVBand="1"/>
      </w:tblPr>
      <w:tblGrid>
        <w:gridCol w:w="1644"/>
        <w:gridCol w:w="1644"/>
        <w:gridCol w:w="1644"/>
        <w:gridCol w:w="1644"/>
        <w:gridCol w:w="1644"/>
        <w:gridCol w:w="1644"/>
      </w:tblGrid>
      <w:tr w:rsidR="0044315A" w14:paraId="34C46129" w14:textId="77777777" w:rsidTr="00682360">
        <w:trPr>
          <w:cantSplit/>
          <w:trHeight w:val="283"/>
          <w:jc w:val="center"/>
        </w:trPr>
        <w:tc>
          <w:tcPr>
            <w:tcW w:w="1644" w:type="dxa"/>
            <w:tcBorders>
              <w:top w:val="single" w:sz="4" w:space="0" w:color="CAD5DE"/>
              <w:left w:val="single" w:sz="4" w:space="0" w:color="CAD5DE"/>
              <w:bottom w:val="single" w:sz="4" w:space="0" w:color="CAD5DE"/>
              <w:right w:val="single" w:sz="4" w:space="0" w:color="CAD5DE"/>
            </w:tcBorders>
            <w:shd w:val="clear" w:color="auto" w:fill="F2F5F8"/>
            <w:tcMar>
              <w:top w:w="60" w:type="dxa"/>
              <w:left w:w="90" w:type="dxa"/>
              <w:bottom w:w="60" w:type="dxa"/>
              <w:right w:w="90" w:type="dxa"/>
            </w:tcMar>
            <w:vAlign w:val="center"/>
          </w:tcPr>
          <w:p w14:paraId="23001027" w14:textId="77777777" w:rsidR="0044315A" w:rsidRDefault="00000000">
            <w:pPr>
              <w:jc w:val="center"/>
            </w:pPr>
            <w:r>
              <w:rPr>
                <w:b/>
                <w:color w:val="273A4B"/>
              </w:rPr>
              <w:t>姓名</w:t>
            </w:r>
          </w:p>
        </w:tc>
        <w:tc>
          <w:tcPr>
            <w:tcW w:w="1644" w:type="dxa"/>
            <w:tcBorders>
              <w:top w:val="single" w:sz="4" w:space="0" w:color="CAD5DE"/>
              <w:left w:val="single" w:sz="4" w:space="0" w:color="CAD5DE"/>
              <w:bottom w:val="single" w:sz="4" w:space="0" w:color="CAD5DE"/>
              <w:right w:val="single" w:sz="4" w:space="0" w:color="CAD5DE"/>
            </w:tcBorders>
            <w:tcMar>
              <w:top w:w="60" w:type="dxa"/>
              <w:left w:w="90" w:type="dxa"/>
              <w:bottom w:w="60" w:type="dxa"/>
              <w:right w:w="90" w:type="dxa"/>
            </w:tcMar>
            <w:vAlign w:val="center"/>
          </w:tcPr>
          <w:p w14:paraId="547864EF" w14:textId="77777777" w:rsidR="0044315A" w:rsidRDefault="0044315A"/>
        </w:tc>
        <w:tc>
          <w:tcPr>
            <w:tcW w:w="1644" w:type="dxa"/>
            <w:tcBorders>
              <w:top w:val="single" w:sz="4" w:space="0" w:color="CAD5DE"/>
              <w:left w:val="single" w:sz="4" w:space="0" w:color="CAD5DE"/>
              <w:bottom w:val="single" w:sz="4" w:space="0" w:color="CAD5DE"/>
              <w:right w:val="single" w:sz="4" w:space="0" w:color="CAD5DE"/>
            </w:tcBorders>
            <w:shd w:val="clear" w:color="auto" w:fill="F2F5F8"/>
            <w:tcMar>
              <w:top w:w="60" w:type="dxa"/>
              <w:left w:w="90" w:type="dxa"/>
              <w:bottom w:w="60" w:type="dxa"/>
              <w:right w:w="90" w:type="dxa"/>
            </w:tcMar>
            <w:vAlign w:val="center"/>
          </w:tcPr>
          <w:p w14:paraId="29C50A94" w14:textId="77777777" w:rsidR="0044315A" w:rsidRDefault="00000000">
            <w:pPr>
              <w:jc w:val="center"/>
            </w:pPr>
            <w:r>
              <w:rPr>
                <w:b/>
                <w:color w:val="273A4B"/>
              </w:rPr>
              <w:t>性别</w:t>
            </w:r>
          </w:p>
        </w:tc>
        <w:tc>
          <w:tcPr>
            <w:tcW w:w="1644" w:type="dxa"/>
            <w:tcBorders>
              <w:top w:val="single" w:sz="4" w:space="0" w:color="CAD5DE"/>
              <w:left w:val="single" w:sz="4" w:space="0" w:color="CAD5DE"/>
              <w:bottom w:val="single" w:sz="4" w:space="0" w:color="CAD5DE"/>
              <w:right w:val="single" w:sz="4" w:space="0" w:color="CAD5DE"/>
            </w:tcBorders>
            <w:tcMar>
              <w:top w:w="60" w:type="dxa"/>
              <w:left w:w="90" w:type="dxa"/>
              <w:bottom w:w="60" w:type="dxa"/>
              <w:right w:w="90" w:type="dxa"/>
            </w:tcMar>
            <w:vAlign w:val="center"/>
          </w:tcPr>
          <w:p w14:paraId="07339CDF" w14:textId="77777777" w:rsidR="0044315A" w:rsidRDefault="0044315A"/>
        </w:tc>
        <w:tc>
          <w:tcPr>
            <w:tcW w:w="1644" w:type="dxa"/>
            <w:tcBorders>
              <w:top w:val="single" w:sz="4" w:space="0" w:color="CAD5DE"/>
              <w:left w:val="single" w:sz="4" w:space="0" w:color="CAD5DE"/>
              <w:bottom w:val="single" w:sz="4" w:space="0" w:color="CAD5DE"/>
              <w:right w:val="single" w:sz="4" w:space="0" w:color="CAD5DE"/>
            </w:tcBorders>
            <w:shd w:val="clear" w:color="auto" w:fill="F2F5F8"/>
            <w:tcMar>
              <w:top w:w="60" w:type="dxa"/>
              <w:left w:w="90" w:type="dxa"/>
              <w:bottom w:w="60" w:type="dxa"/>
              <w:right w:w="90" w:type="dxa"/>
            </w:tcMar>
            <w:vAlign w:val="center"/>
          </w:tcPr>
          <w:p w14:paraId="6215C6F7" w14:textId="77777777" w:rsidR="0044315A" w:rsidRDefault="00000000">
            <w:pPr>
              <w:jc w:val="center"/>
            </w:pPr>
            <w:r>
              <w:rPr>
                <w:b/>
                <w:color w:val="273A4B"/>
              </w:rPr>
              <w:t>出生年月</w:t>
            </w:r>
          </w:p>
        </w:tc>
        <w:tc>
          <w:tcPr>
            <w:tcW w:w="1644" w:type="dxa"/>
            <w:tcBorders>
              <w:top w:val="single" w:sz="4" w:space="0" w:color="CAD5DE"/>
              <w:left w:val="single" w:sz="4" w:space="0" w:color="CAD5DE"/>
              <w:bottom w:val="single" w:sz="4" w:space="0" w:color="CAD5DE"/>
              <w:right w:val="single" w:sz="4" w:space="0" w:color="CAD5DE"/>
            </w:tcBorders>
            <w:tcMar>
              <w:top w:w="60" w:type="dxa"/>
              <w:left w:w="90" w:type="dxa"/>
              <w:bottom w:w="60" w:type="dxa"/>
              <w:right w:w="90" w:type="dxa"/>
            </w:tcMar>
            <w:vAlign w:val="center"/>
          </w:tcPr>
          <w:p w14:paraId="787ED528" w14:textId="77777777" w:rsidR="0044315A" w:rsidRDefault="0044315A"/>
        </w:tc>
      </w:tr>
      <w:tr w:rsidR="0044315A" w14:paraId="572C106A" w14:textId="77777777" w:rsidTr="00682360">
        <w:trPr>
          <w:cantSplit/>
          <w:trHeight w:val="283"/>
          <w:jc w:val="center"/>
        </w:trPr>
        <w:tc>
          <w:tcPr>
            <w:tcW w:w="1644" w:type="dxa"/>
            <w:tcBorders>
              <w:top w:val="single" w:sz="4" w:space="0" w:color="CAD5DE"/>
              <w:left w:val="single" w:sz="4" w:space="0" w:color="CAD5DE"/>
              <w:bottom w:val="single" w:sz="4" w:space="0" w:color="CAD5DE"/>
              <w:right w:val="single" w:sz="4" w:space="0" w:color="CAD5DE"/>
            </w:tcBorders>
            <w:shd w:val="clear" w:color="auto" w:fill="F2F5F8"/>
            <w:tcMar>
              <w:top w:w="60" w:type="dxa"/>
              <w:left w:w="90" w:type="dxa"/>
              <w:bottom w:w="60" w:type="dxa"/>
              <w:right w:w="90" w:type="dxa"/>
            </w:tcMar>
            <w:vAlign w:val="center"/>
          </w:tcPr>
          <w:p w14:paraId="6CD01EA9" w14:textId="77777777" w:rsidR="0044315A" w:rsidRDefault="00000000">
            <w:pPr>
              <w:jc w:val="center"/>
            </w:pPr>
            <w:r>
              <w:rPr>
                <w:b/>
                <w:color w:val="273A4B"/>
              </w:rPr>
              <w:t>学号</w:t>
            </w:r>
          </w:p>
        </w:tc>
        <w:tc>
          <w:tcPr>
            <w:tcW w:w="1644" w:type="dxa"/>
            <w:tcBorders>
              <w:top w:val="single" w:sz="4" w:space="0" w:color="CAD5DE"/>
              <w:left w:val="single" w:sz="4" w:space="0" w:color="CAD5DE"/>
              <w:bottom w:val="single" w:sz="4" w:space="0" w:color="CAD5DE"/>
              <w:right w:val="single" w:sz="4" w:space="0" w:color="CAD5DE"/>
            </w:tcBorders>
            <w:tcMar>
              <w:top w:w="60" w:type="dxa"/>
              <w:left w:w="90" w:type="dxa"/>
              <w:bottom w:w="60" w:type="dxa"/>
              <w:right w:w="90" w:type="dxa"/>
            </w:tcMar>
            <w:vAlign w:val="center"/>
          </w:tcPr>
          <w:p w14:paraId="07351F27" w14:textId="77777777" w:rsidR="0044315A" w:rsidRDefault="0044315A"/>
        </w:tc>
        <w:tc>
          <w:tcPr>
            <w:tcW w:w="1644" w:type="dxa"/>
            <w:tcBorders>
              <w:top w:val="single" w:sz="4" w:space="0" w:color="CAD5DE"/>
              <w:left w:val="single" w:sz="4" w:space="0" w:color="CAD5DE"/>
              <w:bottom w:val="single" w:sz="4" w:space="0" w:color="CAD5DE"/>
              <w:right w:val="single" w:sz="4" w:space="0" w:color="CAD5DE"/>
            </w:tcBorders>
            <w:shd w:val="clear" w:color="auto" w:fill="F2F5F8"/>
            <w:tcMar>
              <w:top w:w="60" w:type="dxa"/>
              <w:left w:w="90" w:type="dxa"/>
              <w:bottom w:w="60" w:type="dxa"/>
              <w:right w:w="90" w:type="dxa"/>
            </w:tcMar>
            <w:vAlign w:val="center"/>
          </w:tcPr>
          <w:p w14:paraId="1BF8C20F" w14:textId="77777777" w:rsidR="0044315A" w:rsidRDefault="00000000">
            <w:pPr>
              <w:jc w:val="center"/>
            </w:pPr>
            <w:r>
              <w:rPr>
                <w:b/>
                <w:color w:val="273A4B"/>
              </w:rPr>
              <w:t>所在班级</w:t>
            </w:r>
          </w:p>
        </w:tc>
        <w:tc>
          <w:tcPr>
            <w:tcW w:w="1644" w:type="dxa"/>
            <w:tcBorders>
              <w:top w:val="single" w:sz="4" w:space="0" w:color="CAD5DE"/>
              <w:left w:val="single" w:sz="4" w:space="0" w:color="CAD5DE"/>
              <w:bottom w:val="single" w:sz="4" w:space="0" w:color="CAD5DE"/>
              <w:right w:val="single" w:sz="4" w:space="0" w:color="CAD5DE"/>
            </w:tcBorders>
            <w:tcMar>
              <w:top w:w="60" w:type="dxa"/>
              <w:left w:w="90" w:type="dxa"/>
              <w:bottom w:w="60" w:type="dxa"/>
              <w:right w:w="90" w:type="dxa"/>
            </w:tcMar>
            <w:vAlign w:val="center"/>
          </w:tcPr>
          <w:p w14:paraId="31397757" w14:textId="77777777" w:rsidR="0044315A" w:rsidRDefault="0044315A"/>
        </w:tc>
        <w:tc>
          <w:tcPr>
            <w:tcW w:w="1644" w:type="dxa"/>
            <w:tcBorders>
              <w:top w:val="single" w:sz="4" w:space="0" w:color="CAD5DE"/>
              <w:left w:val="single" w:sz="4" w:space="0" w:color="CAD5DE"/>
              <w:bottom w:val="single" w:sz="4" w:space="0" w:color="CAD5DE"/>
              <w:right w:val="single" w:sz="4" w:space="0" w:color="CAD5DE"/>
            </w:tcBorders>
            <w:shd w:val="clear" w:color="auto" w:fill="F2F5F8"/>
            <w:tcMar>
              <w:top w:w="60" w:type="dxa"/>
              <w:left w:w="90" w:type="dxa"/>
              <w:bottom w:w="60" w:type="dxa"/>
              <w:right w:w="90" w:type="dxa"/>
            </w:tcMar>
            <w:vAlign w:val="center"/>
          </w:tcPr>
          <w:p w14:paraId="04A41FCC" w14:textId="77777777" w:rsidR="0044315A" w:rsidRDefault="00000000">
            <w:pPr>
              <w:jc w:val="center"/>
            </w:pPr>
            <w:r>
              <w:rPr>
                <w:b/>
                <w:color w:val="273A4B"/>
              </w:rPr>
              <w:t>专业</w:t>
            </w:r>
          </w:p>
        </w:tc>
        <w:tc>
          <w:tcPr>
            <w:tcW w:w="1644" w:type="dxa"/>
            <w:tcBorders>
              <w:top w:val="single" w:sz="4" w:space="0" w:color="CAD5DE"/>
              <w:left w:val="single" w:sz="4" w:space="0" w:color="CAD5DE"/>
              <w:bottom w:val="single" w:sz="4" w:space="0" w:color="CAD5DE"/>
              <w:right w:val="single" w:sz="4" w:space="0" w:color="CAD5DE"/>
            </w:tcBorders>
            <w:tcMar>
              <w:top w:w="60" w:type="dxa"/>
              <w:left w:w="90" w:type="dxa"/>
              <w:bottom w:w="60" w:type="dxa"/>
              <w:right w:w="90" w:type="dxa"/>
            </w:tcMar>
            <w:vAlign w:val="center"/>
          </w:tcPr>
          <w:p w14:paraId="27648AC3" w14:textId="77777777" w:rsidR="0044315A" w:rsidRDefault="00000000">
            <w:bookmarkStart w:id="0" w:name="OLE_LINK3"/>
            <w:r>
              <w:rPr>
                <w:color w:val="283746"/>
              </w:rPr>
              <w:t>纺织工程</w:t>
            </w:r>
            <w:bookmarkEnd w:id="0"/>
          </w:p>
        </w:tc>
      </w:tr>
      <w:tr w:rsidR="0044315A" w14:paraId="702F42E5" w14:textId="77777777" w:rsidTr="00682360">
        <w:trPr>
          <w:cantSplit/>
          <w:trHeight w:val="283"/>
          <w:jc w:val="center"/>
        </w:trPr>
        <w:tc>
          <w:tcPr>
            <w:tcW w:w="1644" w:type="dxa"/>
            <w:tcBorders>
              <w:top w:val="single" w:sz="4" w:space="0" w:color="CAD5DE"/>
              <w:left w:val="single" w:sz="4" w:space="0" w:color="CAD5DE"/>
              <w:bottom w:val="single" w:sz="4" w:space="0" w:color="CAD5DE"/>
              <w:right w:val="single" w:sz="4" w:space="0" w:color="CAD5DE"/>
            </w:tcBorders>
            <w:shd w:val="clear" w:color="auto" w:fill="F2F5F8"/>
            <w:tcMar>
              <w:top w:w="60" w:type="dxa"/>
              <w:left w:w="90" w:type="dxa"/>
              <w:bottom w:w="60" w:type="dxa"/>
              <w:right w:w="90" w:type="dxa"/>
            </w:tcMar>
            <w:vAlign w:val="center"/>
          </w:tcPr>
          <w:p w14:paraId="507E877A" w14:textId="77777777" w:rsidR="0044315A" w:rsidRDefault="00000000">
            <w:pPr>
              <w:jc w:val="center"/>
            </w:pPr>
            <w:r>
              <w:rPr>
                <w:b/>
                <w:color w:val="273A4B"/>
              </w:rPr>
              <w:t>联系电话</w:t>
            </w:r>
          </w:p>
        </w:tc>
        <w:tc>
          <w:tcPr>
            <w:tcW w:w="1644" w:type="dxa"/>
            <w:tcBorders>
              <w:top w:val="single" w:sz="4" w:space="0" w:color="CAD5DE"/>
              <w:left w:val="single" w:sz="4" w:space="0" w:color="CAD5DE"/>
              <w:bottom w:val="single" w:sz="4" w:space="0" w:color="CAD5DE"/>
              <w:right w:val="single" w:sz="4" w:space="0" w:color="CAD5DE"/>
            </w:tcBorders>
            <w:tcMar>
              <w:top w:w="60" w:type="dxa"/>
              <w:left w:w="90" w:type="dxa"/>
              <w:bottom w:w="60" w:type="dxa"/>
              <w:right w:w="90" w:type="dxa"/>
            </w:tcMar>
            <w:vAlign w:val="center"/>
          </w:tcPr>
          <w:p w14:paraId="21202C6A" w14:textId="77777777" w:rsidR="0044315A" w:rsidRDefault="0044315A"/>
        </w:tc>
        <w:tc>
          <w:tcPr>
            <w:tcW w:w="1644" w:type="dxa"/>
            <w:tcBorders>
              <w:top w:val="single" w:sz="4" w:space="0" w:color="CAD5DE"/>
              <w:left w:val="single" w:sz="4" w:space="0" w:color="CAD5DE"/>
              <w:bottom w:val="single" w:sz="4" w:space="0" w:color="CAD5DE"/>
              <w:right w:val="single" w:sz="4" w:space="0" w:color="CAD5DE"/>
            </w:tcBorders>
            <w:shd w:val="clear" w:color="auto" w:fill="F2F5F8"/>
            <w:tcMar>
              <w:top w:w="60" w:type="dxa"/>
              <w:left w:w="90" w:type="dxa"/>
              <w:bottom w:w="60" w:type="dxa"/>
              <w:right w:w="90" w:type="dxa"/>
            </w:tcMar>
            <w:vAlign w:val="center"/>
          </w:tcPr>
          <w:p w14:paraId="6A5490DB" w14:textId="77777777" w:rsidR="0044315A" w:rsidRDefault="00000000">
            <w:pPr>
              <w:jc w:val="center"/>
            </w:pPr>
            <w:r>
              <w:rPr>
                <w:b/>
                <w:color w:val="273A4B"/>
              </w:rPr>
              <w:t>电子邮箱</w:t>
            </w:r>
          </w:p>
        </w:tc>
        <w:tc>
          <w:tcPr>
            <w:tcW w:w="1644" w:type="dxa"/>
            <w:tcBorders>
              <w:top w:val="single" w:sz="4" w:space="0" w:color="CAD5DE"/>
              <w:left w:val="single" w:sz="4" w:space="0" w:color="CAD5DE"/>
              <w:bottom w:val="single" w:sz="4" w:space="0" w:color="CAD5DE"/>
              <w:right w:val="single" w:sz="4" w:space="0" w:color="CAD5DE"/>
            </w:tcBorders>
            <w:tcMar>
              <w:top w:w="60" w:type="dxa"/>
              <w:left w:w="90" w:type="dxa"/>
              <w:bottom w:w="60" w:type="dxa"/>
              <w:right w:w="90" w:type="dxa"/>
            </w:tcMar>
            <w:vAlign w:val="center"/>
          </w:tcPr>
          <w:p w14:paraId="49462429" w14:textId="77777777" w:rsidR="0044315A" w:rsidRDefault="0044315A"/>
        </w:tc>
        <w:tc>
          <w:tcPr>
            <w:tcW w:w="1644" w:type="dxa"/>
            <w:tcBorders>
              <w:top w:val="single" w:sz="4" w:space="0" w:color="CAD5DE"/>
              <w:left w:val="single" w:sz="4" w:space="0" w:color="CAD5DE"/>
              <w:bottom w:val="single" w:sz="4" w:space="0" w:color="CAD5DE"/>
              <w:right w:val="single" w:sz="4" w:space="0" w:color="CAD5DE"/>
            </w:tcBorders>
            <w:shd w:val="clear" w:color="auto" w:fill="F2F5F8"/>
            <w:tcMar>
              <w:top w:w="60" w:type="dxa"/>
              <w:left w:w="90" w:type="dxa"/>
              <w:bottom w:w="60" w:type="dxa"/>
              <w:right w:w="90" w:type="dxa"/>
            </w:tcMar>
            <w:vAlign w:val="center"/>
          </w:tcPr>
          <w:p w14:paraId="22E60360" w14:textId="77777777" w:rsidR="0044315A" w:rsidRDefault="00000000">
            <w:pPr>
              <w:jc w:val="center"/>
            </w:pPr>
            <w:r>
              <w:rPr>
                <w:b/>
                <w:color w:val="273A4B"/>
              </w:rPr>
              <w:t>微信/QQ</w:t>
            </w:r>
          </w:p>
        </w:tc>
        <w:tc>
          <w:tcPr>
            <w:tcW w:w="1644" w:type="dxa"/>
            <w:tcBorders>
              <w:top w:val="single" w:sz="4" w:space="0" w:color="CAD5DE"/>
              <w:left w:val="single" w:sz="4" w:space="0" w:color="CAD5DE"/>
              <w:bottom w:val="single" w:sz="4" w:space="0" w:color="CAD5DE"/>
              <w:right w:val="single" w:sz="4" w:space="0" w:color="CAD5DE"/>
            </w:tcBorders>
            <w:tcMar>
              <w:top w:w="60" w:type="dxa"/>
              <w:left w:w="90" w:type="dxa"/>
              <w:bottom w:w="60" w:type="dxa"/>
              <w:right w:w="90" w:type="dxa"/>
            </w:tcMar>
            <w:vAlign w:val="center"/>
          </w:tcPr>
          <w:p w14:paraId="6D1C427A" w14:textId="77777777" w:rsidR="0044315A" w:rsidRDefault="0044315A"/>
        </w:tc>
      </w:tr>
      <w:tr w:rsidR="0044315A" w14:paraId="185691CC" w14:textId="77777777" w:rsidTr="00682360">
        <w:trPr>
          <w:cantSplit/>
          <w:trHeight w:val="283"/>
          <w:jc w:val="center"/>
        </w:trPr>
        <w:tc>
          <w:tcPr>
            <w:tcW w:w="1644" w:type="dxa"/>
            <w:tcBorders>
              <w:top w:val="single" w:sz="4" w:space="0" w:color="CAD5DE"/>
              <w:left w:val="single" w:sz="4" w:space="0" w:color="CAD5DE"/>
              <w:bottom w:val="single" w:sz="4" w:space="0" w:color="CAD5DE"/>
              <w:right w:val="single" w:sz="4" w:space="0" w:color="CAD5DE"/>
            </w:tcBorders>
            <w:shd w:val="clear" w:color="auto" w:fill="F2F5F8"/>
            <w:tcMar>
              <w:top w:w="60" w:type="dxa"/>
              <w:left w:w="90" w:type="dxa"/>
              <w:bottom w:w="60" w:type="dxa"/>
              <w:right w:w="90" w:type="dxa"/>
            </w:tcMar>
            <w:vAlign w:val="center"/>
          </w:tcPr>
          <w:p w14:paraId="60263FB4" w14:textId="77777777" w:rsidR="0044315A" w:rsidRDefault="00000000">
            <w:pPr>
              <w:jc w:val="center"/>
            </w:pPr>
            <w:r>
              <w:rPr>
                <w:b/>
                <w:color w:val="273A4B"/>
              </w:rPr>
              <w:t>读研意向</w:t>
            </w:r>
          </w:p>
        </w:tc>
        <w:tc>
          <w:tcPr>
            <w:tcW w:w="1644" w:type="dxa"/>
            <w:tcBorders>
              <w:top w:val="single" w:sz="4" w:space="0" w:color="CAD5DE"/>
              <w:left w:val="single" w:sz="4" w:space="0" w:color="CAD5DE"/>
              <w:bottom w:val="single" w:sz="4" w:space="0" w:color="CAD5DE"/>
              <w:right w:val="single" w:sz="4" w:space="0" w:color="CAD5DE"/>
            </w:tcBorders>
            <w:tcMar>
              <w:top w:w="60" w:type="dxa"/>
              <w:left w:w="90" w:type="dxa"/>
              <w:bottom w:w="60" w:type="dxa"/>
              <w:right w:w="90" w:type="dxa"/>
            </w:tcMar>
            <w:vAlign w:val="center"/>
          </w:tcPr>
          <w:p w14:paraId="3666C79D" w14:textId="433B3B51" w:rsidR="0044315A" w:rsidRDefault="00682360">
            <w:r>
              <w:rPr>
                <w:color w:val="283746"/>
                <w:sz w:val="17"/>
                <w:lang w:eastAsia="zh-CN"/>
              </w:rPr>
              <w:t>□</w:t>
            </w:r>
            <w:r w:rsidR="00000000">
              <w:rPr>
                <w:color w:val="283746"/>
                <w:sz w:val="17"/>
              </w:rPr>
              <w:t>有</w:t>
            </w:r>
            <w:r>
              <w:rPr>
                <w:rFonts w:ascii="宋体" w:eastAsia="宋体" w:hAnsi="宋体" w:cs="宋体" w:hint="eastAsia"/>
                <w:color w:val="283746"/>
                <w:sz w:val="17"/>
                <w:lang w:eastAsia="zh-CN"/>
              </w:rPr>
              <w:t xml:space="preserve">  </w:t>
            </w:r>
            <w:r>
              <w:rPr>
                <w:color w:val="283746"/>
                <w:sz w:val="17"/>
                <w:lang w:eastAsia="zh-CN"/>
              </w:rPr>
              <w:t>□</w:t>
            </w:r>
            <w:r w:rsidR="00000000">
              <w:rPr>
                <w:color w:val="283746"/>
                <w:sz w:val="17"/>
              </w:rPr>
              <w:t>了解中</w:t>
            </w:r>
          </w:p>
        </w:tc>
        <w:tc>
          <w:tcPr>
            <w:tcW w:w="1644" w:type="dxa"/>
            <w:tcBorders>
              <w:top w:val="single" w:sz="4" w:space="0" w:color="CAD5DE"/>
              <w:left w:val="single" w:sz="4" w:space="0" w:color="CAD5DE"/>
              <w:bottom w:val="single" w:sz="4" w:space="0" w:color="CAD5DE"/>
              <w:right w:val="single" w:sz="4" w:space="0" w:color="CAD5DE"/>
            </w:tcBorders>
            <w:shd w:val="clear" w:color="auto" w:fill="F2F5F8"/>
            <w:tcMar>
              <w:top w:w="60" w:type="dxa"/>
              <w:left w:w="90" w:type="dxa"/>
              <w:bottom w:w="60" w:type="dxa"/>
              <w:right w:w="90" w:type="dxa"/>
            </w:tcMar>
            <w:vAlign w:val="center"/>
          </w:tcPr>
          <w:p w14:paraId="2004A91B" w14:textId="77777777" w:rsidR="0044315A" w:rsidRDefault="00000000">
            <w:pPr>
              <w:jc w:val="center"/>
            </w:pPr>
            <w:r>
              <w:rPr>
                <w:b/>
                <w:color w:val="273A4B"/>
              </w:rPr>
              <w:t>兴趣方向</w:t>
            </w:r>
          </w:p>
        </w:tc>
        <w:tc>
          <w:tcPr>
            <w:tcW w:w="4932" w:type="dxa"/>
            <w:gridSpan w:val="3"/>
            <w:tcBorders>
              <w:top w:val="single" w:sz="4" w:space="0" w:color="CAD5DE"/>
              <w:left w:val="single" w:sz="4" w:space="0" w:color="CAD5DE"/>
              <w:bottom w:val="single" w:sz="4" w:space="0" w:color="CAD5DE"/>
              <w:right w:val="single" w:sz="4" w:space="0" w:color="CAD5DE"/>
            </w:tcBorders>
            <w:tcMar>
              <w:top w:w="60" w:type="dxa"/>
              <w:left w:w="90" w:type="dxa"/>
              <w:bottom w:w="60" w:type="dxa"/>
              <w:right w:w="90" w:type="dxa"/>
            </w:tcMar>
            <w:vAlign w:val="center"/>
          </w:tcPr>
          <w:p w14:paraId="6DD826D4" w14:textId="57855477" w:rsidR="0044315A" w:rsidRDefault="00682360">
            <w:pPr>
              <w:rPr>
                <w:lang w:eastAsia="zh-CN"/>
              </w:rPr>
            </w:pPr>
            <w:bookmarkStart w:id="1" w:name="OLE_LINK5"/>
            <w:r>
              <w:rPr>
                <w:color w:val="283746"/>
                <w:sz w:val="17"/>
                <w:lang w:eastAsia="zh-CN"/>
              </w:rPr>
              <w:t>□</w:t>
            </w:r>
            <w:bookmarkEnd w:id="1"/>
            <w:r w:rsidR="00000000">
              <w:rPr>
                <w:color w:val="283746"/>
                <w:sz w:val="17"/>
                <w:lang w:eastAsia="zh-CN"/>
              </w:rPr>
              <w:t>先进纺织材料   □绿色制造   □智能纺织   □其他：______</w:t>
            </w:r>
          </w:p>
        </w:tc>
      </w:tr>
    </w:tbl>
    <w:p w14:paraId="4C23FF79" w14:textId="6BAE2D76" w:rsidR="0044315A" w:rsidRDefault="00000000">
      <w:pPr>
        <w:spacing w:before="180" w:after="100"/>
        <w:rPr>
          <w:lang w:eastAsia="zh-CN"/>
        </w:rPr>
      </w:pPr>
      <w:r>
        <w:rPr>
          <w:b/>
          <w:color w:val="124062"/>
          <w:sz w:val="21"/>
          <w:lang w:eastAsia="zh-CN"/>
        </w:rPr>
        <w:t>二、代表性经历与荣誉（选填）</w:t>
      </w:r>
      <w:r>
        <w:rPr>
          <w:color w:val="6F7980"/>
          <w:sz w:val="16"/>
          <w:lang w:eastAsia="zh-CN"/>
        </w:rPr>
        <w:t xml:space="preserve">  可填写</w:t>
      </w:r>
      <w:r w:rsidR="003F27A5" w:rsidRPr="003F27A5">
        <w:rPr>
          <w:rFonts w:ascii="宋体" w:eastAsia="宋体" w:hAnsi="宋体" w:cs="宋体" w:hint="eastAsia"/>
          <w:color w:val="6F7980"/>
          <w:sz w:val="16"/>
          <w:lang w:eastAsia="zh-CN"/>
        </w:rPr>
        <w:t>高中及大学阶段</w:t>
      </w:r>
      <w:r>
        <w:rPr>
          <w:color w:val="6F7980"/>
          <w:sz w:val="16"/>
          <w:lang w:eastAsia="zh-CN"/>
        </w:rPr>
        <w:t>实践、竞赛、志愿活动或特长等，无相关经历可留空。</w:t>
      </w:r>
    </w:p>
    <w:tbl>
      <w:tblPr>
        <w:tblW w:w="0" w:type="auto"/>
        <w:jc w:val="center"/>
        <w:tblLayout w:type="fixed"/>
        <w:tblLook w:val="04A0" w:firstRow="1" w:lastRow="0" w:firstColumn="1" w:lastColumn="0" w:noHBand="0" w:noVBand="1"/>
      </w:tblPr>
      <w:tblGrid>
        <w:gridCol w:w="3289"/>
        <w:gridCol w:w="3289"/>
        <w:gridCol w:w="3289"/>
      </w:tblGrid>
      <w:tr w:rsidR="0044315A" w14:paraId="621868A0" w14:textId="77777777" w:rsidTr="00682360">
        <w:trPr>
          <w:cantSplit/>
          <w:trHeight w:val="283"/>
          <w:jc w:val="center"/>
        </w:trPr>
        <w:tc>
          <w:tcPr>
            <w:tcW w:w="3289" w:type="dxa"/>
            <w:tcBorders>
              <w:top w:val="single" w:sz="5" w:space="0" w:color="D8E0E7"/>
              <w:left w:val="single" w:sz="5" w:space="0" w:color="D8E0E7"/>
              <w:bottom w:val="single" w:sz="5" w:space="0" w:color="D8E0E7"/>
              <w:right w:val="single" w:sz="5" w:space="0" w:color="D8E0E7"/>
            </w:tcBorders>
            <w:shd w:val="clear" w:color="auto" w:fill="F2F5F8"/>
            <w:tcMar>
              <w:top w:w="60" w:type="dxa"/>
              <w:left w:w="90" w:type="dxa"/>
              <w:bottom w:w="60" w:type="dxa"/>
              <w:right w:w="90" w:type="dxa"/>
            </w:tcMar>
            <w:vAlign w:val="center"/>
          </w:tcPr>
          <w:p w14:paraId="1C0C9FEC" w14:textId="77777777" w:rsidR="0044315A" w:rsidRDefault="00000000">
            <w:pPr>
              <w:jc w:val="center"/>
            </w:pPr>
            <w:r>
              <w:rPr>
                <w:b/>
                <w:color w:val="283746"/>
                <w:sz w:val="17"/>
              </w:rPr>
              <w:t>时间</w:t>
            </w:r>
          </w:p>
        </w:tc>
        <w:tc>
          <w:tcPr>
            <w:tcW w:w="3289" w:type="dxa"/>
            <w:tcBorders>
              <w:top w:val="single" w:sz="5" w:space="0" w:color="D8E0E7"/>
              <w:left w:val="single" w:sz="5" w:space="0" w:color="D8E0E7"/>
              <w:bottom w:val="single" w:sz="5" w:space="0" w:color="D8E0E7"/>
              <w:right w:val="single" w:sz="5" w:space="0" w:color="D8E0E7"/>
            </w:tcBorders>
            <w:shd w:val="clear" w:color="auto" w:fill="F2F5F8"/>
            <w:tcMar>
              <w:top w:w="60" w:type="dxa"/>
              <w:left w:w="90" w:type="dxa"/>
              <w:bottom w:w="60" w:type="dxa"/>
              <w:right w:w="90" w:type="dxa"/>
            </w:tcMar>
            <w:vAlign w:val="center"/>
          </w:tcPr>
          <w:p w14:paraId="2B5FE7D8" w14:textId="77777777" w:rsidR="0044315A" w:rsidRDefault="00000000">
            <w:pPr>
              <w:jc w:val="center"/>
            </w:pPr>
            <w:r>
              <w:rPr>
                <w:b/>
                <w:color w:val="283746"/>
                <w:sz w:val="17"/>
              </w:rPr>
              <w:t>经历／荣誉／特长</w:t>
            </w:r>
          </w:p>
        </w:tc>
        <w:tc>
          <w:tcPr>
            <w:tcW w:w="3289" w:type="dxa"/>
            <w:tcBorders>
              <w:top w:val="single" w:sz="5" w:space="0" w:color="D8E0E7"/>
              <w:left w:val="single" w:sz="5" w:space="0" w:color="D8E0E7"/>
              <w:bottom w:val="single" w:sz="5" w:space="0" w:color="D8E0E7"/>
              <w:right w:val="single" w:sz="5" w:space="0" w:color="D8E0E7"/>
            </w:tcBorders>
            <w:shd w:val="clear" w:color="auto" w:fill="F2F5F8"/>
            <w:tcMar>
              <w:top w:w="60" w:type="dxa"/>
              <w:left w:w="90" w:type="dxa"/>
              <w:bottom w:w="60" w:type="dxa"/>
              <w:right w:w="90" w:type="dxa"/>
            </w:tcMar>
            <w:vAlign w:val="center"/>
          </w:tcPr>
          <w:p w14:paraId="194E0B69" w14:textId="77777777" w:rsidR="0044315A" w:rsidRDefault="00000000">
            <w:pPr>
              <w:jc w:val="center"/>
            </w:pPr>
            <w:r>
              <w:rPr>
                <w:b/>
                <w:color w:val="283746"/>
                <w:sz w:val="17"/>
              </w:rPr>
              <w:t>本人参与情况或成果</w:t>
            </w:r>
          </w:p>
        </w:tc>
      </w:tr>
      <w:tr w:rsidR="0044315A" w14:paraId="03E549FE" w14:textId="77777777" w:rsidTr="00682360">
        <w:trPr>
          <w:cantSplit/>
          <w:trHeight w:val="283"/>
          <w:jc w:val="center"/>
        </w:trPr>
        <w:tc>
          <w:tcPr>
            <w:tcW w:w="3289" w:type="dxa"/>
            <w:tcBorders>
              <w:top w:val="single" w:sz="5" w:space="0" w:color="D8E0E7"/>
              <w:left w:val="single" w:sz="5" w:space="0" w:color="D8E0E7"/>
              <w:bottom w:val="single" w:sz="5" w:space="0" w:color="D8E0E7"/>
              <w:right w:val="single" w:sz="5" w:space="0" w:color="D8E0E7"/>
            </w:tcBorders>
            <w:tcMar>
              <w:top w:w="60" w:type="dxa"/>
              <w:left w:w="90" w:type="dxa"/>
              <w:bottom w:w="60" w:type="dxa"/>
              <w:right w:w="90" w:type="dxa"/>
            </w:tcMar>
            <w:vAlign w:val="center"/>
          </w:tcPr>
          <w:p w14:paraId="5D72A5C7" w14:textId="700B76E0" w:rsidR="0044315A" w:rsidRPr="00C7337A" w:rsidRDefault="0044315A">
            <w:pPr>
              <w:rPr>
                <w:rFonts w:eastAsia="宋体" w:hint="eastAsia"/>
                <w:lang w:eastAsia="zh-CN"/>
              </w:rPr>
            </w:pPr>
          </w:p>
        </w:tc>
        <w:tc>
          <w:tcPr>
            <w:tcW w:w="3289" w:type="dxa"/>
            <w:tcBorders>
              <w:top w:val="single" w:sz="5" w:space="0" w:color="D8E0E7"/>
              <w:left w:val="single" w:sz="5" w:space="0" w:color="D8E0E7"/>
              <w:bottom w:val="single" w:sz="5" w:space="0" w:color="D8E0E7"/>
              <w:right w:val="single" w:sz="5" w:space="0" w:color="D8E0E7"/>
            </w:tcBorders>
            <w:tcMar>
              <w:top w:w="60" w:type="dxa"/>
              <w:left w:w="90" w:type="dxa"/>
              <w:bottom w:w="60" w:type="dxa"/>
              <w:right w:w="90" w:type="dxa"/>
            </w:tcMar>
            <w:vAlign w:val="center"/>
          </w:tcPr>
          <w:p w14:paraId="124EB377" w14:textId="5A97F634" w:rsidR="0044315A" w:rsidRPr="00C7337A" w:rsidRDefault="0044315A">
            <w:pPr>
              <w:rPr>
                <w:rFonts w:eastAsia="宋体" w:hint="eastAsia"/>
                <w:lang w:eastAsia="zh-CN"/>
              </w:rPr>
            </w:pPr>
          </w:p>
        </w:tc>
        <w:tc>
          <w:tcPr>
            <w:tcW w:w="3289" w:type="dxa"/>
            <w:tcBorders>
              <w:top w:val="single" w:sz="5" w:space="0" w:color="D8E0E7"/>
              <w:left w:val="single" w:sz="5" w:space="0" w:color="D8E0E7"/>
              <w:bottom w:val="single" w:sz="5" w:space="0" w:color="D8E0E7"/>
              <w:right w:val="single" w:sz="5" w:space="0" w:color="D8E0E7"/>
            </w:tcBorders>
            <w:tcMar>
              <w:top w:w="60" w:type="dxa"/>
              <w:left w:w="90" w:type="dxa"/>
              <w:bottom w:w="60" w:type="dxa"/>
              <w:right w:w="90" w:type="dxa"/>
            </w:tcMar>
            <w:vAlign w:val="center"/>
          </w:tcPr>
          <w:p w14:paraId="70478C7B" w14:textId="62A3126B" w:rsidR="0044315A" w:rsidRPr="00C7337A" w:rsidRDefault="0044315A">
            <w:pPr>
              <w:rPr>
                <w:rFonts w:eastAsia="宋体" w:hint="eastAsia"/>
                <w:lang w:eastAsia="zh-CN"/>
              </w:rPr>
            </w:pPr>
          </w:p>
        </w:tc>
      </w:tr>
      <w:tr w:rsidR="0044315A" w14:paraId="5949FECC" w14:textId="77777777" w:rsidTr="00682360">
        <w:trPr>
          <w:cantSplit/>
          <w:trHeight w:val="283"/>
          <w:jc w:val="center"/>
        </w:trPr>
        <w:tc>
          <w:tcPr>
            <w:tcW w:w="3289" w:type="dxa"/>
            <w:tcBorders>
              <w:top w:val="single" w:sz="5" w:space="0" w:color="D8E0E7"/>
              <w:left w:val="single" w:sz="5" w:space="0" w:color="D8E0E7"/>
              <w:bottom w:val="single" w:sz="5" w:space="0" w:color="D8E0E7"/>
              <w:right w:val="single" w:sz="5" w:space="0" w:color="D8E0E7"/>
            </w:tcBorders>
            <w:tcMar>
              <w:top w:w="60" w:type="dxa"/>
              <w:left w:w="90" w:type="dxa"/>
              <w:bottom w:w="60" w:type="dxa"/>
              <w:right w:w="90" w:type="dxa"/>
            </w:tcMar>
            <w:vAlign w:val="center"/>
          </w:tcPr>
          <w:p w14:paraId="0E5439C4" w14:textId="02DC5AE7" w:rsidR="0044315A" w:rsidRPr="00C7337A" w:rsidRDefault="0044315A">
            <w:pPr>
              <w:rPr>
                <w:rFonts w:eastAsia="宋体" w:hint="eastAsia"/>
                <w:lang w:eastAsia="zh-CN"/>
              </w:rPr>
            </w:pPr>
          </w:p>
        </w:tc>
        <w:tc>
          <w:tcPr>
            <w:tcW w:w="3289" w:type="dxa"/>
            <w:tcBorders>
              <w:top w:val="single" w:sz="5" w:space="0" w:color="D8E0E7"/>
              <w:left w:val="single" w:sz="5" w:space="0" w:color="D8E0E7"/>
              <w:bottom w:val="single" w:sz="5" w:space="0" w:color="D8E0E7"/>
              <w:right w:val="single" w:sz="5" w:space="0" w:color="D8E0E7"/>
            </w:tcBorders>
            <w:tcMar>
              <w:top w:w="60" w:type="dxa"/>
              <w:left w:w="90" w:type="dxa"/>
              <w:bottom w:w="60" w:type="dxa"/>
              <w:right w:w="90" w:type="dxa"/>
            </w:tcMar>
            <w:vAlign w:val="center"/>
          </w:tcPr>
          <w:p w14:paraId="5038D949" w14:textId="12CD2221" w:rsidR="0044315A" w:rsidRPr="00C7337A" w:rsidRDefault="0044315A">
            <w:pPr>
              <w:rPr>
                <w:rFonts w:eastAsia="宋体" w:hint="eastAsia"/>
                <w:lang w:eastAsia="zh-CN"/>
              </w:rPr>
            </w:pPr>
          </w:p>
        </w:tc>
        <w:tc>
          <w:tcPr>
            <w:tcW w:w="3289" w:type="dxa"/>
            <w:tcBorders>
              <w:top w:val="single" w:sz="5" w:space="0" w:color="D8E0E7"/>
              <w:left w:val="single" w:sz="5" w:space="0" w:color="D8E0E7"/>
              <w:bottom w:val="single" w:sz="5" w:space="0" w:color="D8E0E7"/>
              <w:right w:val="single" w:sz="5" w:space="0" w:color="D8E0E7"/>
            </w:tcBorders>
            <w:tcMar>
              <w:top w:w="60" w:type="dxa"/>
              <w:left w:w="90" w:type="dxa"/>
              <w:bottom w:w="60" w:type="dxa"/>
              <w:right w:w="90" w:type="dxa"/>
            </w:tcMar>
            <w:vAlign w:val="center"/>
          </w:tcPr>
          <w:p w14:paraId="2FF4B17E" w14:textId="2506892F" w:rsidR="0044315A" w:rsidRPr="00C7337A" w:rsidRDefault="0044315A">
            <w:pPr>
              <w:rPr>
                <w:rFonts w:eastAsia="宋体" w:hint="eastAsia"/>
                <w:lang w:eastAsia="zh-CN"/>
              </w:rPr>
            </w:pPr>
          </w:p>
        </w:tc>
      </w:tr>
      <w:tr w:rsidR="00C7337A" w14:paraId="78ABC0AC" w14:textId="77777777" w:rsidTr="00682360">
        <w:trPr>
          <w:cantSplit/>
          <w:trHeight w:val="283"/>
          <w:jc w:val="center"/>
        </w:trPr>
        <w:tc>
          <w:tcPr>
            <w:tcW w:w="3289" w:type="dxa"/>
            <w:tcBorders>
              <w:top w:val="single" w:sz="5" w:space="0" w:color="D8E0E7"/>
              <w:left w:val="single" w:sz="5" w:space="0" w:color="D8E0E7"/>
              <w:bottom w:val="single" w:sz="5" w:space="0" w:color="D8E0E7"/>
              <w:right w:val="single" w:sz="5" w:space="0" w:color="D8E0E7"/>
            </w:tcBorders>
            <w:tcMar>
              <w:top w:w="60" w:type="dxa"/>
              <w:left w:w="90" w:type="dxa"/>
              <w:bottom w:w="60" w:type="dxa"/>
              <w:right w:w="90" w:type="dxa"/>
            </w:tcMar>
            <w:vAlign w:val="center"/>
          </w:tcPr>
          <w:p w14:paraId="4AA127DF" w14:textId="77777777" w:rsidR="00C7337A" w:rsidRDefault="00C7337A">
            <w:pPr>
              <w:rPr>
                <w:color w:val="283746"/>
              </w:rPr>
            </w:pPr>
          </w:p>
        </w:tc>
        <w:tc>
          <w:tcPr>
            <w:tcW w:w="3289" w:type="dxa"/>
            <w:tcBorders>
              <w:top w:val="single" w:sz="5" w:space="0" w:color="D8E0E7"/>
              <w:left w:val="single" w:sz="5" w:space="0" w:color="D8E0E7"/>
              <w:bottom w:val="single" w:sz="5" w:space="0" w:color="D8E0E7"/>
              <w:right w:val="single" w:sz="5" w:space="0" w:color="D8E0E7"/>
            </w:tcBorders>
            <w:tcMar>
              <w:top w:w="60" w:type="dxa"/>
              <w:left w:w="90" w:type="dxa"/>
              <w:bottom w:w="60" w:type="dxa"/>
              <w:right w:w="90" w:type="dxa"/>
            </w:tcMar>
            <w:vAlign w:val="center"/>
          </w:tcPr>
          <w:p w14:paraId="23838608" w14:textId="77777777" w:rsidR="00C7337A" w:rsidRDefault="00C7337A">
            <w:pPr>
              <w:rPr>
                <w:color w:val="283746"/>
              </w:rPr>
            </w:pPr>
          </w:p>
        </w:tc>
        <w:tc>
          <w:tcPr>
            <w:tcW w:w="3289" w:type="dxa"/>
            <w:tcBorders>
              <w:top w:val="single" w:sz="5" w:space="0" w:color="D8E0E7"/>
              <w:left w:val="single" w:sz="5" w:space="0" w:color="D8E0E7"/>
              <w:bottom w:val="single" w:sz="5" w:space="0" w:color="D8E0E7"/>
              <w:right w:val="single" w:sz="5" w:space="0" w:color="D8E0E7"/>
            </w:tcBorders>
            <w:tcMar>
              <w:top w:w="60" w:type="dxa"/>
              <w:left w:w="90" w:type="dxa"/>
              <w:bottom w:w="60" w:type="dxa"/>
              <w:right w:w="90" w:type="dxa"/>
            </w:tcMar>
            <w:vAlign w:val="center"/>
          </w:tcPr>
          <w:p w14:paraId="07B9A997" w14:textId="77777777" w:rsidR="00C7337A" w:rsidRDefault="00C7337A">
            <w:pPr>
              <w:rPr>
                <w:color w:val="283746"/>
              </w:rPr>
            </w:pPr>
          </w:p>
        </w:tc>
      </w:tr>
      <w:tr w:rsidR="00C7337A" w14:paraId="60489E03" w14:textId="77777777" w:rsidTr="00682360">
        <w:trPr>
          <w:cantSplit/>
          <w:trHeight w:val="283"/>
          <w:jc w:val="center"/>
        </w:trPr>
        <w:tc>
          <w:tcPr>
            <w:tcW w:w="3289" w:type="dxa"/>
            <w:tcBorders>
              <w:top w:val="single" w:sz="5" w:space="0" w:color="D8E0E7"/>
              <w:left w:val="single" w:sz="5" w:space="0" w:color="D8E0E7"/>
              <w:bottom w:val="single" w:sz="5" w:space="0" w:color="D8E0E7"/>
              <w:right w:val="single" w:sz="5" w:space="0" w:color="D8E0E7"/>
            </w:tcBorders>
            <w:tcMar>
              <w:top w:w="60" w:type="dxa"/>
              <w:left w:w="90" w:type="dxa"/>
              <w:bottom w:w="60" w:type="dxa"/>
              <w:right w:w="90" w:type="dxa"/>
            </w:tcMar>
            <w:vAlign w:val="center"/>
          </w:tcPr>
          <w:p w14:paraId="58B6B1DE" w14:textId="77777777" w:rsidR="00C7337A" w:rsidRDefault="00C7337A">
            <w:pPr>
              <w:rPr>
                <w:color w:val="283746"/>
              </w:rPr>
            </w:pPr>
          </w:p>
        </w:tc>
        <w:tc>
          <w:tcPr>
            <w:tcW w:w="3289" w:type="dxa"/>
            <w:tcBorders>
              <w:top w:val="single" w:sz="5" w:space="0" w:color="D8E0E7"/>
              <w:left w:val="single" w:sz="5" w:space="0" w:color="D8E0E7"/>
              <w:bottom w:val="single" w:sz="5" w:space="0" w:color="D8E0E7"/>
              <w:right w:val="single" w:sz="5" w:space="0" w:color="D8E0E7"/>
            </w:tcBorders>
            <w:tcMar>
              <w:top w:w="60" w:type="dxa"/>
              <w:left w:w="90" w:type="dxa"/>
              <w:bottom w:w="60" w:type="dxa"/>
              <w:right w:w="90" w:type="dxa"/>
            </w:tcMar>
            <w:vAlign w:val="center"/>
          </w:tcPr>
          <w:p w14:paraId="73D2681D" w14:textId="77777777" w:rsidR="00C7337A" w:rsidRDefault="00C7337A">
            <w:pPr>
              <w:rPr>
                <w:color w:val="283746"/>
              </w:rPr>
            </w:pPr>
          </w:p>
        </w:tc>
        <w:tc>
          <w:tcPr>
            <w:tcW w:w="3289" w:type="dxa"/>
            <w:tcBorders>
              <w:top w:val="single" w:sz="5" w:space="0" w:color="D8E0E7"/>
              <w:left w:val="single" w:sz="5" w:space="0" w:color="D8E0E7"/>
              <w:bottom w:val="single" w:sz="5" w:space="0" w:color="D8E0E7"/>
              <w:right w:val="single" w:sz="5" w:space="0" w:color="D8E0E7"/>
            </w:tcBorders>
            <w:tcMar>
              <w:top w:w="60" w:type="dxa"/>
              <w:left w:w="90" w:type="dxa"/>
              <w:bottom w:w="60" w:type="dxa"/>
              <w:right w:w="90" w:type="dxa"/>
            </w:tcMar>
            <w:vAlign w:val="center"/>
          </w:tcPr>
          <w:p w14:paraId="69F111E6" w14:textId="77777777" w:rsidR="00C7337A" w:rsidRDefault="00C7337A">
            <w:pPr>
              <w:rPr>
                <w:color w:val="283746"/>
              </w:rPr>
            </w:pPr>
          </w:p>
        </w:tc>
      </w:tr>
    </w:tbl>
    <w:p w14:paraId="06C0B1A7" w14:textId="6302AA46" w:rsidR="0044315A" w:rsidRDefault="00000000">
      <w:pPr>
        <w:spacing w:before="180" w:after="60"/>
        <w:rPr>
          <w:lang w:eastAsia="zh-CN"/>
        </w:rPr>
      </w:pPr>
      <w:r>
        <w:rPr>
          <w:b/>
          <w:color w:val="124062"/>
          <w:sz w:val="21"/>
          <w:lang w:eastAsia="zh-CN"/>
        </w:rPr>
        <w:t>三、自我评价</w:t>
      </w:r>
    </w:p>
    <w:p w14:paraId="296C0978" w14:textId="4EAEC67B" w:rsidR="0044315A" w:rsidRDefault="00000000">
      <w:pPr>
        <w:spacing w:before="20" w:after="60"/>
        <w:rPr>
          <w:lang w:eastAsia="zh-CN"/>
        </w:rPr>
      </w:pPr>
      <w:r>
        <w:rPr>
          <w:b/>
          <w:color w:val="1B4769"/>
          <w:sz w:val="19"/>
          <w:lang w:eastAsia="zh-CN"/>
        </w:rPr>
        <w:t>01  专业兴趣与申请动机</w:t>
      </w:r>
    </w:p>
    <w:tbl>
      <w:tblPr>
        <w:tblW w:w="0" w:type="auto"/>
        <w:tblLayout w:type="fixed"/>
        <w:tblLook w:val="04A0" w:firstRow="1" w:lastRow="0" w:firstColumn="1" w:lastColumn="0" w:noHBand="0" w:noVBand="1"/>
      </w:tblPr>
      <w:tblGrid>
        <w:gridCol w:w="9866"/>
      </w:tblGrid>
      <w:tr w:rsidR="0044315A" w14:paraId="25001B58" w14:textId="77777777" w:rsidTr="00682360">
        <w:trPr>
          <w:cantSplit/>
          <w:trHeight w:val="1134"/>
        </w:trPr>
        <w:tc>
          <w:tcPr>
            <w:tcW w:w="9866" w:type="dxa"/>
            <w:tcBorders>
              <w:top w:val="single" w:sz="4" w:space="0" w:color="CFDAE3"/>
              <w:left w:val="single" w:sz="4" w:space="0" w:color="CFDAE3"/>
              <w:bottom w:val="single" w:sz="4" w:space="0" w:color="CFDAE3"/>
              <w:right w:val="single" w:sz="4" w:space="0" w:color="CFDAE3"/>
            </w:tcBorders>
            <w:tcMar>
              <w:top w:w="60" w:type="dxa"/>
              <w:left w:w="120" w:type="dxa"/>
              <w:bottom w:w="60" w:type="dxa"/>
              <w:right w:w="120" w:type="dxa"/>
            </w:tcMar>
          </w:tcPr>
          <w:p w14:paraId="30B4041B" w14:textId="77777777" w:rsidR="0044315A" w:rsidRDefault="00000000">
            <w:pPr>
              <w:pBdr>
                <w:bottom w:val="dotted" w:sz="3" w:space="2" w:color="D4DDE5"/>
              </w:pBdr>
              <w:spacing w:line="240" w:lineRule="auto"/>
              <w:rPr>
                <w:lang w:eastAsia="zh-CN"/>
              </w:rPr>
            </w:pPr>
            <w:r>
              <w:rPr>
                <w:sz w:val="22"/>
                <w:lang w:eastAsia="zh-CN"/>
              </w:rPr>
              <w:t xml:space="preserve"> </w:t>
            </w:r>
          </w:p>
          <w:p w14:paraId="050E4C8A" w14:textId="77777777" w:rsidR="0044315A" w:rsidRDefault="00000000">
            <w:pPr>
              <w:pBdr>
                <w:bottom w:val="dotted" w:sz="3" w:space="2" w:color="D4DDE5"/>
              </w:pBdr>
              <w:spacing w:line="240" w:lineRule="auto"/>
              <w:rPr>
                <w:lang w:eastAsia="zh-CN"/>
              </w:rPr>
            </w:pPr>
            <w:r>
              <w:rPr>
                <w:sz w:val="22"/>
                <w:lang w:eastAsia="zh-CN"/>
              </w:rPr>
              <w:t xml:space="preserve"> </w:t>
            </w:r>
          </w:p>
          <w:p w14:paraId="109AFD9D" w14:textId="77777777" w:rsidR="0044315A" w:rsidRDefault="00000000">
            <w:pPr>
              <w:pBdr>
                <w:bottom w:val="dotted" w:sz="3" w:space="2" w:color="D4DDE5"/>
              </w:pBdr>
              <w:spacing w:line="240" w:lineRule="auto"/>
              <w:rPr>
                <w:lang w:eastAsia="zh-CN"/>
              </w:rPr>
            </w:pPr>
            <w:r>
              <w:rPr>
                <w:sz w:val="22"/>
                <w:lang w:eastAsia="zh-CN"/>
              </w:rPr>
              <w:t xml:space="preserve"> </w:t>
            </w:r>
          </w:p>
        </w:tc>
      </w:tr>
    </w:tbl>
    <w:p w14:paraId="1025D85D" w14:textId="6CAC2E98" w:rsidR="0044315A" w:rsidRDefault="00000000">
      <w:pPr>
        <w:spacing w:before="100" w:after="60"/>
        <w:rPr>
          <w:lang w:eastAsia="zh-CN"/>
        </w:rPr>
      </w:pPr>
      <w:r>
        <w:rPr>
          <w:b/>
          <w:color w:val="1B4769"/>
          <w:sz w:val="19"/>
          <w:lang w:eastAsia="zh-CN"/>
        </w:rPr>
        <w:t>02  自主学习与问题解决</w:t>
      </w:r>
      <w:r>
        <w:rPr>
          <w:color w:val="5E6975"/>
          <w:sz w:val="16"/>
          <w:lang w:eastAsia="zh-CN"/>
        </w:rPr>
        <w:t xml:space="preserve"> </w:t>
      </w:r>
    </w:p>
    <w:tbl>
      <w:tblPr>
        <w:tblW w:w="0" w:type="auto"/>
        <w:tblLayout w:type="fixed"/>
        <w:tblLook w:val="04A0" w:firstRow="1" w:lastRow="0" w:firstColumn="1" w:lastColumn="0" w:noHBand="0" w:noVBand="1"/>
      </w:tblPr>
      <w:tblGrid>
        <w:gridCol w:w="9866"/>
      </w:tblGrid>
      <w:tr w:rsidR="0044315A" w14:paraId="4B108C7B" w14:textId="77777777" w:rsidTr="00682360">
        <w:trPr>
          <w:cantSplit/>
          <w:trHeight w:val="1134"/>
        </w:trPr>
        <w:tc>
          <w:tcPr>
            <w:tcW w:w="9866" w:type="dxa"/>
            <w:tcBorders>
              <w:top w:val="single" w:sz="4" w:space="0" w:color="CFDAE3"/>
              <w:left w:val="single" w:sz="4" w:space="0" w:color="CFDAE3"/>
              <w:bottom w:val="single" w:sz="4" w:space="0" w:color="CFDAE3"/>
              <w:right w:val="single" w:sz="4" w:space="0" w:color="CFDAE3"/>
            </w:tcBorders>
            <w:tcMar>
              <w:top w:w="60" w:type="dxa"/>
              <w:left w:w="120" w:type="dxa"/>
              <w:bottom w:w="60" w:type="dxa"/>
              <w:right w:w="120" w:type="dxa"/>
            </w:tcMar>
          </w:tcPr>
          <w:p w14:paraId="16EA0FA6" w14:textId="77777777" w:rsidR="0044315A" w:rsidRDefault="00000000">
            <w:pPr>
              <w:pBdr>
                <w:bottom w:val="dotted" w:sz="3" w:space="2" w:color="D4DDE5"/>
              </w:pBdr>
              <w:spacing w:line="240" w:lineRule="auto"/>
              <w:rPr>
                <w:lang w:eastAsia="zh-CN"/>
              </w:rPr>
            </w:pPr>
            <w:r>
              <w:rPr>
                <w:sz w:val="22"/>
                <w:lang w:eastAsia="zh-CN"/>
              </w:rPr>
              <w:t xml:space="preserve"> </w:t>
            </w:r>
          </w:p>
          <w:p w14:paraId="2C671F0F" w14:textId="77777777" w:rsidR="0044315A" w:rsidRDefault="00000000">
            <w:pPr>
              <w:pBdr>
                <w:bottom w:val="dotted" w:sz="3" w:space="2" w:color="D4DDE5"/>
              </w:pBdr>
              <w:spacing w:line="240" w:lineRule="auto"/>
              <w:rPr>
                <w:lang w:eastAsia="zh-CN"/>
              </w:rPr>
            </w:pPr>
            <w:r>
              <w:rPr>
                <w:sz w:val="22"/>
                <w:lang w:eastAsia="zh-CN"/>
              </w:rPr>
              <w:t xml:space="preserve"> </w:t>
            </w:r>
          </w:p>
          <w:p w14:paraId="0B1F4E6E" w14:textId="77777777" w:rsidR="0044315A" w:rsidRDefault="00000000">
            <w:pPr>
              <w:pBdr>
                <w:bottom w:val="dotted" w:sz="3" w:space="2" w:color="D4DDE5"/>
              </w:pBdr>
              <w:spacing w:line="240" w:lineRule="auto"/>
              <w:rPr>
                <w:lang w:eastAsia="zh-CN"/>
              </w:rPr>
            </w:pPr>
            <w:r>
              <w:rPr>
                <w:sz w:val="22"/>
                <w:lang w:eastAsia="zh-CN"/>
              </w:rPr>
              <w:t xml:space="preserve"> </w:t>
            </w:r>
          </w:p>
        </w:tc>
      </w:tr>
    </w:tbl>
    <w:p w14:paraId="54EA1F34" w14:textId="32189E46" w:rsidR="0044315A" w:rsidRDefault="00000000">
      <w:pPr>
        <w:spacing w:before="100" w:after="60"/>
        <w:rPr>
          <w:lang w:eastAsia="zh-CN"/>
        </w:rPr>
      </w:pPr>
      <w:r>
        <w:rPr>
          <w:b/>
          <w:color w:val="1B4769"/>
          <w:sz w:val="19"/>
          <w:lang w:eastAsia="zh-CN"/>
        </w:rPr>
        <w:t>03  实践探索与创新意识</w:t>
      </w:r>
    </w:p>
    <w:tbl>
      <w:tblPr>
        <w:tblW w:w="0" w:type="auto"/>
        <w:tblLayout w:type="fixed"/>
        <w:tblLook w:val="04A0" w:firstRow="1" w:lastRow="0" w:firstColumn="1" w:lastColumn="0" w:noHBand="0" w:noVBand="1"/>
      </w:tblPr>
      <w:tblGrid>
        <w:gridCol w:w="9866"/>
      </w:tblGrid>
      <w:tr w:rsidR="0044315A" w14:paraId="35524EE6" w14:textId="77777777" w:rsidTr="00682360">
        <w:trPr>
          <w:cantSplit/>
          <w:trHeight w:val="1134"/>
        </w:trPr>
        <w:tc>
          <w:tcPr>
            <w:tcW w:w="9866" w:type="dxa"/>
            <w:tcBorders>
              <w:top w:val="single" w:sz="4" w:space="0" w:color="CFDAE3"/>
              <w:left w:val="single" w:sz="4" w:space="0" w:color="CFDAE3"/>
              <w:bottom w:val="single" w:sz="4" w:space="0" w:color="CFDAE3"/>
              <w:right w:val="single" w:sz="4" w:space="0" w:color="CFDAE3"/>
            </w:tcBorders>
            <w:tcMar>
              <w:top w:w="60" w:type="dxa"/>
              <w:left w:w="120" w:type="dxa"/>
              <w:bottom w:w="60" w:type="dxa"/>
              <w:right w:w="120" w:type="dxa"/>
            </w:tcMar>
          </w:tcPr>
          <w:p w14:paraId="34BBE389" w14:textId="77777777" w:rsidR="0044315A" w:rsidRDefault="00000000">
            <w:pPr>
              <w:pBdr>
                <w:bottom w:val="dotted" w:sz="3" w:space="2" w:color="D4DDE5"/>
              </w:pBdr>
              <w:spacing w:line="240" w:lineRule="auto"/>
              <w:rPr>
                <w:lang w:eastAsia="zh-CN"/>
              </w:rPr>
            </w:pPr>
            <w:r>
              <w:rPr>
                <w:sz w:val="22"/>
                <w:lang w:eastAsia="zh-CN"/>
              </w:rPr>
              <w:t xml:space="preserve"> </w:t>
            </w:r>
          </w:p>
          <w:p w14:paraId="2714C9D9" w14:textId="77777777" w:rsidR="0044315A" w:rsidRDefault="00000000">
            <w:pPr>
              <w:pBdr>
                <w:bottom w:val="dotted" w:sz="3" w:space="2" w:color="D4DDE5"/>
              </w:pBdr>
              <w:spacing w:line="240" w:lineRule="auto"/>
              <w:rPr>
                <w:lang w:eastAsia="zh-CN"/>
              </w:rPr>
            </w:pPr>
            <w:r>
              <w:rPr>
                <w:sz w:val="22"/>
                <w:lang w:eastAsia="zh-CN"/>
              </w:rPr>
              <w:t xml:space="preserve"> </w:t>
            </w:r>
          </w:p>
          <w:p w14:paraId="639063D2" w14:textId="77777777" w:rsidR="0044315A" w:rsidRDefault="00000000">
            <w:pPr>
              <w:pBdr>
                <w:bottom w:val="dotted" w:sz="3" w:space="2" w:color="D4DDE5"/>
              </w:pBdr>
              <w:spacing w:line="240" w:lineRule="auto"/>
              <w:rPr>
                <w:lang w:eastAsia="zh-CN"/>
              </w:rPr>
            </w:pPr>
            <w:r>
              <w:rPr>
                <w:sz w:val="22"/>
                <w:lang w:eastAsia="zh-CN"/>
              </w:rPr>
              <w:t xml:space="preserve"> </w:t>
            </w:r>
          </w:p>
        </w:tc>
      </w:tr>
    </w:tbl>
    <w:p w14:paraId="31A99EB4" w14:textId="262FB4FE" w:rsidR="0044315A" w:rsidRDefault="00000000">
      <w:pPr>
        <w:spacing w:before="100" w:after="60"/>
        <w:rPr>
          <w:lang w:eastAsia="zh-CN"/>
        </w:rPr>
      </w:pPr>
      <w:r>
        <w:rPr>
          <w:b/>
          <w:color w:val="1B4769"/>
          <w:sz w:val="19"/>
          <w:lang w:eastAsia="zh-CN"/>
        </w:rPr>
        <w:t>04  沟通协作与发展规划</w:t>
      </w:r>
    </w:p>
    <w:tbl>
      <w:tblPr>
        <w:tblW w:w="0" w:type="auto"/>
        <w:tblLayout w:type="fixed"/>
        <w:tblLook w:val="04A0" w:firstRow="1" w:lastRow="0" w:firstColumn="1" w:lastColumn="0" w:noHBand="0" w:noVBand="1"/>
      </w:tblPr>
      <w:tblGrid>
        <w:gridCol w:w="9866"/>
      </w:tblGrid>
      <w:tr w:rsidR="0044315A" w14:paraId="046E045B" w14:textId="77777777" w:rsidTr="00682360">
        <w:trPr>
          <w:cantSplit/>
          <w:trHeight w:val="1134"/>
        </w:trPr>
        <w:tc>
          <w:tcPr>
            <w:tcW w:w="9866" w:type="dxa"/>
            <w:tcBorders>
              <w:top w:val="single" w:sz="4" w:space="0" w:color="CFDAE3"/>
              <w:left w:val="single" w:sz="4" w:space="0" w:color="CFDAE3"/>
              <w:bottom w:val="single" w:sz="4" w:space="0" w:color="CFDAE3"/>
              <w:right w:val="single" w:sz="4" w:space="0" w:color="CFDAE3"/>
            </w:tcBorders>
            <w:tcMar>
              <w:top w:w="60" w:type="dxa"/>
              <w:left w:w="120" w:type="dxa"/>
              <w:bottom w:w="60" w:type="dxa"/>
              <w:right w:w="120" w:type="dxa"/>
            </w:tcMar>
          </w:tcPr>
          <w:p w14:paraId="533A2E5D" w14:textId="77777777" w:rsidR="0044315A" w:rsidRDefault="00000000">
            <w:pPr>
              <w:pBdr>
                <w:bottom w:val="dotted" w:sz="3" w:space="2" w:color="D4DDE5"/>
              </w:pBdr>
              <w:spacing w:line="240" w:lineRule="auto"/>
              <w:rPr>
                <w:lang w:eastAsia="zh-CN"/>
              </w:rPr>
            </w:pPr>
            <w:r>
              <w:rPr>
                <w:sz w:val="22"/>
                <w:lang w:eastAsia="zh-CN"/>
              </w:rPr>
              <w:t xml:space="preserve"> </w:t>
            </w:r>
          </w:p>
          <w:p w14:paraId="7A1190DB" w14:textId="77777777" w:rsidR="0044315A" w:rsidRDefault="00000000">
            <w:pPr>
              <w:pBdr>
                <w:bottom w:val="dotted" w:sz="3" w:space="2" w:color="D4DDE5"/>
              </w:pBdr>
              <w:spacing w:line="240" w:lineRule="auto"/>
              <w:rPr>
                <w:lang w:eastAsia="zh-CN"/>
              </w:rPr>
            </w:pPr>
            <w:r>
              <w:rPr>
                <w:sz w:val="22"/>
                <w:lang w:eastAsia="zh-CN"/>
              </w:rPr>
              <w:t xml:space="preserve"> </w:t>
            </w:r>
          </w:p>
          <w:p w14:paraId="0EEF110E" w14:textId="77777777" w:rsidR="0044315A" w:rsidRDefault="00000000">
            <w:pPr>
              <w:pBdr>
                <w:bottom w:val="dotted" w:sz="3" w:space="2" w:color="D4DDE5"/>
              </w:pBdr>
              <w:spacing w:line="240" w:lineRule="auto"/>
              <w:rPr>
                <w:lang w:eastAsia="zh-CN"/>
              </w:rPr>
            </w:pPr>
            <w:r>
              <w:rPr>
                <w:sz w:val="22"/>
                <w:lang w:eastAsia="zh-CN"/>
              </w:rPr>
              <w:t xml:space="preserve"> </w:t>
            </w:r>
          </w:p>
        </w:tc>
      </w:tr>
    </w:tbl>
    <w:p w14:paraId="0BA9C85D" w14:textId="77777777" w:rsidR="0044315A" w:rsidRDefault="00000000">
      <w:pPr>
        <w:spacing w:before="180" w:after="40"/>
        <w:rPr>
          <w:lang w:eastAsia="zh-CN"/>
        </w:rPr>
      </w:pPr>
      <w:r>
        <w:rPr>
          <w:b/>
          <w:color w:val="124062"/>
          <w:sz w:val="21"/>
          <w:lang w:eastAsia="zh-CN"/>
        </w:rPr>
        <w:t>四、申请确认</w:t>
      </w:r>
    </w:p>
    <w:p w14:paraId="0B785F32" w14:textId="77777777" w:rsidR="0044315A" w:rsidRDefault="00000000">
      <w:pPr>
        <w:spacing w:before="40" w:after="80" w:line="288" w:lineRule="auto"/>
        <w:rPr>
          <w:lang w:eastAsia="zh-CN"/>
        </w:rPr>
      </w:pPr>
      <w:r>
        <w:rPr>
          <w:color w:val="2D3741"/>
          <w:sz w:val="17"/>
          <w:lang w:eastAsia="zh-CN"/>
        </w:rPr>
        <w:t>本人确认以上信息真实，已了解创新班培养要求及正式录取后不再参加后续转专业申请的规定，自愿申请参加选拔，并愿意遵守学院相应培养及教学管理安排。</w:t>
      </w:r>
    </w:p>
    <w:p w14:paraId="23E8B89D" w14:textId="77777777" w:rsidR="0044315A" w:rsidRDefault="00000000">
      <w:pPr>
        <w:jc w:val="right"/>
        <w:rPr>
          <w:lang w:eastAsia="zh-CN"/>
        </w:rPr>
      </w:pPr>
      <w:r>
        <w:rPr>
          <w:color w:val="323E4A"/>
          <w:lang w:eastAsia="zh-CN"/>
        </w:rPr>
        <w:t>申请人签名：________________       日期：______年____月____日</w:t>
      </w:r>
    </w:p>
    <w:sectPr w:rsidR="0044315A" w:rsidSect="00034616">
      <w:footerReference w:type="default" r:id="rId8"/>
      <w:pgSz w:w="11906" w:h="16838"/>
      <w:pgMar w:top="765" w:right="1020" w:bottom="765" w:left="1020" w:header="425"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CBFD6" w14:textId="77777777" w:rsidR="00D53766" w:rsidRDefault="00D53766">
      <w:pPr>
        <w:spacing w:line="240" w:lineRule="auto"/>
      </w:pPr>
      <w:r>
        <w:separator/>
      </w:r>
    </w:p>
  </w:endnote>
  <w:endnote w:type="continuationSeparator" w:id="0">
    <w:p w14:paraId="2D7A42BB" w14:textId="77777777" w:rsidR="00D53766" w:rsidRDefault="00D537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oto Sans CJK SC">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1F0DF" w14:textId="77777777" w:rsidR="0044315A" w:rsidRDefault="00000000">
    <w:pPr>
      <w:pStyle w:val="a7"/>
      <w:jc w:val="center"/>
      <w:rPr>
        <w:lang w:eastAsia="zh-CN"/>
      </w:rPr>
    </w:pPr>
    <w:r>
      <w:rPr>
        <w:color w:val="818B94"/>
        <w:sz w:val="16"/>
        <w:lang w:eastAsia="zh-CN"/>
      </w:rPr>
      <w:t>安徽工程大学纺织服装学院  ·  2026级纺织工程创新实验班</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7D6AA" w14:textId="77777777" w:rsidR="00D53766" w:rsidRDefault="00D53766">
      <w:pPr>
        <w:spacing w:line="240" w:lineRule="auto"/>
      </w:pPr>
      <w:r>
        <w:separator/>
      </w:r>
    </w:p>
  </w:footnote>
  <w:footnote w:type="continuationSeparator" w:id="0">
    <w:p w14:paraId="7AEC4EF8" w14:textId="77777777" w:rsidR="00D53766" w:rsidRDefault="00D5376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864170395">
    <w:abstractNumId w:val="8"/>
  </w:num>
  <w:num w:numId="2" w16cid:durableId="55857333">
    <w:abstractNumId w:val="6"/>
  </w:num>
  <w:num w:numId="3" w16cid:durableId="1918324444">
    <w:abstractNumId w:val="5"/>
  </w:num>
  <w:num w:numId="4" w16cid:durableId="1666740916">
    <w:abstractNumId w:val="4"/>
  </w:num>
  <w:num w:numId="5" w16cid:durableId="1110974223">
    <w:abstractNumId w:val="7"/>
  </w:num>
  <w:num w:numId="6" w16cid:durableId="2083136662">
    <w:abstractNumId w:val="3"/>
  </w:num>
  <w:num w:numId="7" w16cid:durableId="521171641">
    <w:abstractNumId w:val="2"/>
  </w:num>
  <w:num w:numId="8" w16cid:durableId="762340873">
    <w:abstractNumId w:val="1"/>
  </w:num>
  <w:num w:numId="9" w16cid:durableId="694426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0429"/>
    <w:rsid w:val="001C6B33"/>
    <w:rsid w:val="0029639D"/>
    <w:rsid w:val="00326F90"/>
    <w:rsid w:val="003B6AC9"/>
    <w:rsid w:val="003E09A8"/>
    <w:rsid w:val="003F27A5"/>
    <w:rsid w:val="0044315A"/>
    <w:rsid w:val="004C5C53"/>
    <w:rsid w:val="00682360"/>
    <w:rsid w:val="006A66DD"/>
    <w:rsid w:val="00990F49"/>
    <w:rsid w:val="00996AFB"/>
    <w:rsid w:val="00A31568"/>
    <w:rsid w:val="00AA1D8D"/>
    <w:rsid w:val="00AC5695"/>
    <w:rsid w:val="00B47730"/>
    <w:rsid w:val="00C7337A"/>
    <w:rsid w:val="00CB0664"/>
    <w:rsid w:val="00D27B59"/>
    <w:rsid w:val="00D53766"/>
    <w:rsid w:val="00D5408D"/>
    <w:rsid w:val="00E6077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00470C"/>
  <w14:defaultImageDpi w14:val="300"/>
  <w15:docId w15:val="{89555F18-6529-48B9-8260-45910B915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71" w:lineRule="auto"/>
    </w:pPr>
    <w:rPr>
      <w:rFonts w:ascii="Noto Sans CJK SC" w:eastAsia="Noto Sans CJK SC" w:hAnsi="Noto Sans CJK SC"/>
      <w:color w:val="212B35"/>
      <w:sz w:val="18"/>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219</Words>
  <Characters>240</Characters>
  <Application>Microsoft Office Word</Application>
  <DocSecurity>0</DocSecurity>
  <Lines>80</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2026级纺织工程创新实验班报名表（优化版）</dc:title>
  <dc:subject>安徽工程大学纺织服装学院创新实验班招生报名</dc:subject>
  <dc:creator>纺织服装学院</dc:creator>
  <cp:keywords/>
  <dc:description>generated by python-docx</dc:description>
  <cp:lastModifiedBy>侨乐 胡</cp:lastModifiedBy>
  <cp:revision>18</cp:revision>
  <cp:lastPrinted>2026-10-29T03:00:00Z</cp:lastPrinted>
  <dcterms:created xsi:type="dcterms:W3CDTF">2013-12-23T23:15:00Z</dcterms:created>
  <dcterms:modified xsi:type="dcterms:W3CDTF">2026-10-29T03:04:00Z</dcterms:modified>
  <cp:category/>
</cp:coreProperties>
</file>